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이 력 서</w:t>
      </w:r>
    </w:p>
    <w:p>
      <w:pPr>
        <w:jc w:val="right"/>
      </w:pPr>
      <w:r>
        <w:t>[사진 3×4cm]</w:t>
      </w:r>
    </w:p>
    <w:p>
      <w:pPr>
        <w:spacing w:before="160"/>
      </w:pPr>
      <w:r>
        <w:rPr>
          <w:b/>
        </w:rPr>
        <w:t>인적사항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휴대전화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지원 분야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학력사항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기간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학교명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전공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졸업 구분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경력사항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근무 기간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담당 업무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자격증 및 어학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취득일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자격증·어학명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등급·점수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발행처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기타 활동 (교육·봉사·수상 등)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기간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활동 내용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기관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center"/>
      </w:pPr>
      <w:r>
        <w:t>위의 기재 사항은 사실과 틀림이 없습니다.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지원자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