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사 직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퇴사 예정일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사직 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인수인계 계획</w:t>
      </w:r>
    </w:p>
    <w:p>
      <w:pPr>
        <w:jc w:val="left"/>
      </w:pPr>
      <w:r>
        <w:t>인수자: ______________   인수인계 완료 예정일: 20    년    월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본인은 위와 같은 사유로 20    년    월    일자로 사직하고자 하오니 허락하여 주시기 바랍니다. 퇴사 전까지 맡은 업무의 인수인계를 성실히 마치겠습니다.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제출인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____________________ 대표이사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