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반 성 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소속(주소)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번호(해당 시)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제출처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저의 잘못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잘못을 돌아보며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피해를 입은 분께 드리는 사과와 회복 노력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앞으로의 다짐과 실천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다시는 이와 같은 잘못을 저지르지 않을 것을 굳게 다짐하며, 진심으로 반성합니다.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반성문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