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추 천 서</w:t>
      </w:r>
    </w:p>
    <w:p>
      <w:pPr>
        <w:spacing w:before="160"/>
      </w:pPr>
      <w:r>
        <w:rPr>
          <w:b/>
        </w:rPr>
        <w:t>1. 피추천인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지원 기관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지원 분야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추천인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피추천인과의 관계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함께 일한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~ 20  .  .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이메일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담당 업무와 성과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4. 강점과 태도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5. 추천 의견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위 내용은 추천인이 직접 확인한 사실이며, 위 사람을 자신 있게 추천합니다.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추천인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추천서(경력·취업용)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