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비밀유지 서약서</w:t>
      </w:r>
    </w:p>
    <w:p>
      <w:pPr>
        <w:jc w:val="left"/>
      </w:pPr>
      <w:r>
        <w:t>본인은 ________________(이하 "회사")에서 근무하거나 업무를 수행하면서 알게 되는 비밀정보에 관하여 다음 사항을 성실히 지킬 것을 서약합니다.</w:t>
      </w:r>
    </w:p>
    <w:p>
      <w:pPr>
        <w:spacing w:before="160"/>
      </w:pPr>
      <w:r>
        <w:rPr>
          <w:b/>
        </w:rPr>
        <w:t>제1조 (비밀정보의 범위)</w:t>
      </w:r>
    </w:p>
    <w:p>
      <w:pPr>
        <w:jc w:val="left"/>
      </w:pPr>
      <w:r>
        <w:t>비밀정보란 회사의 기술 정보, 고객 정보, 영업 정보, 경영 정보 및 회사가 비밀로 표시하거나 비밀로 관리하는 일체의 자료를 말한다. 다만 이미 공개된 정보, 본인이 비밀유지 의무 없이 적법하게 알고 있던 정보는 제외한다.</w:t>
      </w:r>
    </w:p>
    <w:p>
      <w:pPr>
        <w:spacing w:before="160"/>
      </w:pPr>
      <w:r>
        <w:rPr>
          <w:b/>
        </w:rPr>
        <w:t>제2조 (비밀유지 의무)</w:t>
      </w:r>
    </w:p>
    <w:p>
      <w:pPr>
        <w:jc w:val="left"/>
      </w:pPr>
      <w:r>
        <w:t>본인은 비밀정보를 회사의 사전 서면 동의 없이 제3자에게 알리거나, 업무 외의 목적으로 사용하거나, 복사·반출하지 않는다.</w:t>
      </w:r>
    </w:p>
    <w:p>
      <w:pPr>
        <w:spacing w:before="160"/>
      </w:pPr>
      <w:r>
        <w:rPr>
          <w:b/>
        </w:rPr>
        <w:t>제3조 (자료의 반환·폐기)</w:t>
      </w:r>
    </w:p>
    <w:p>
      <w:pPr>
        <w:jc w:val="left"/>
      </w:pPr>
      <w:r>
        <w:t>본인은 퇴사하거나 업무가 끝나는 경우 또는 회사가 요청하는 경우 보유한 비밀정보와 그 사본을 즉시 반환하거나 폐기하고, 회사가 요구하면 그 사실을 확인하는 문서를 제출한다.</w:t>
      </w:r>
    </w:p>
    <w:p>
      <w:pPr>
        <w:spacing w:before="160"/>
      </w:pPr>
      <w:r>
        <w:rPr>
          <w:b/>
        </w:rPr>
        <w:t>제4조 (유지 기간)</w:t>
      </w:r>
    </w:p>
    <w:p>
      <w:pPr>
        <w:jc w:val="left"/>
      </w:pPr>
      <w:r>
        <w:t>본 서약에 따른 의무는 서약일부터 퇴사(업무 종료) 후     년간 유지된다.</w:t>
      </w:r>
    </w:p>
    <w:p>
      <w:pPr>
        <w:spacing w:before="160"/>
      </w:pPr>
      <w:r>
        <w:rPr>
          <w:b/>
        </w:rPr>
        <w:t>제5조 (위반 시 책임)</w:t>
      </w:r>
    </w:p>
    <w:p>
      <w:pPr>
        <w:jc w:val="left"/>
      </w:pPr>
      <w:r>
        <w:t>본인이 본 서약을 위반하여 회사에 손해를 끼친 경우 관계 법령에 따라 그 손해를 배상한다.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담당 업무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서약자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________________ 대표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비밀유지 서약서(NDA)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