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각 서</w:t>
      </w:r>
    </w:p>
    <w:p>
      <w:pPr>
        <w:jc w:val="left"/>
      </w:pPr>
      <w:r>
        <w:t xml:space="preserve">                    귀하</w:t>
      </w:r>
    </w:p>
    <w:p>
      <w:pPr>
        <w:jc w:val="left"/>
      </w:pPr>
      <w:r>
        <w:t>본인은 아래 내용을 성실히 지킬 것을 약속하며 이 각서를 작성합니다.</w:t>
      </w:r>
    </w:p>
    <w:p>
      <w:pPr>
        <w:spacing w:before="160"/>
      </w:pPr>
      <w:r>
        <w:rPr>
          <w:b/>
        </w:rPr>
        <w:t>약속 내용</w:t>
      </w:r>
    </w:p>
    <w:p>
      <w:pPr>
        <w:ind w:left="227"/>
      </w:pPr>
      <w:r>
        <w:t xml:space="preserve">1. </w:t>
      </w:r>
    </w:p>
    <w:p>
      <w:pPr>
        <w:ind w:left="227"/>
      </w:pPr>
      <w:r>
        <w:t xml:space="preserve">2. </w:t>
      </w:r>
    </w:p>
    <w:p>
      <w:pPr>
        <w:ind w:left="227"/>
      </w:pPr>
      <w:r>
        <w:t xml:space="preserve">3.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약속을 지키지 않을 경우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본인은 위 내용을 스스로의 뜻에 따라 작성하였으며, 이를 어길 경우 위에 적은 대로 책임지겠습니다.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각서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