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회  의  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회의명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일시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 (    )     :     ~     :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장소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참석자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불참자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작성자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1. 안건</w:t>
      </w:r>
    </w:p>
    <w:p>
      <w:pPr>
        <w:ind w:left="227"/>
      </w:pPr>
      <w:r>
        <w:t xml:space="preserve">1. </w:t>
      </w:r>
    </w:p>
    <w:p>
      <w:pPr>
        <w:ind w:left="227"/>
      </w:pPr>
      <w:r>
        <w:t xml:space="preserve">2. </w:t>
      </w:r>
    </w:p>
    <w:p>
      <w:pPr>
        <w:ind w:left="227"/>
      </w:pPr>
      <w:r>
        <w:t xml:space="preserve">3. </w:t>
      </w:r>
    </w:p>
    <w:p>
      <w:pPr>
        <w:spacing w:before="160"/>
      </w:pPr>
      <w:r>
        <w:rPr>
          <w:b/>
        </w:rPr>
        <w:t>2. 논의 내용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3. 결정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4. 할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할 일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담당자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기한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5. 다음 회의</w:t>
      </w:r>
    </w:p>
    <w:p>
      <w:pPr>
        <w:jc w:val="left"/>
      </w:pPr>
      <w:r>
        <w:t>일시: 20    년    월    일          장소:</w:t>
      </w:r>
    </w:p>
    <w:p>
      <w:pPr>
        <w:spacing w:before="160"/>
      </w:pPr>
      <w:r>
        <w:rPr>
          <w:b/>
        </w:rPr>
        <w:t>참석자 확인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서명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서명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회의록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