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주택 월세 계약서</w:t>
      </w:r>
    </w:p>
    <w:p>
      <w:pPr>
        <w:jc w:val="left"/>
      </w:pPr>
      <w:r>
        <w:t>임대인과 임차인은 아래 표시 주택에 관하여 다음과 같이 월세 임대차 계약을 체결한다.</w:t>
      </w:r>
    </w:p>
    <w:p>
      <w:pPr>
        <w:spacing w:before="160"/>
      </w:pPr>
      <w:r>
        <w:rPr>
          <w:b/>
        </w:rPr>
        <w:t>1. 주택의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□아파트 □빌라 □원룸 □오피스텔 □기타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임대할 부분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(포함 항목: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주택을 20    년    월    일까지 임차인이 살 수 있는 상태로 인도하며, 임대 기간은 인도일부터 20    년    월    일까지로 한다.</w:t>
      </w:r>
    </w:p>
    <w:p>
      <w:pPr>
        <w:spacing w:before="160"/>
      </w:pPr>
      <w:r>
        <w:rPr>
          <w:b/>
        </w:rPr>
        <w:t>제2조 (사용과 전대 금지)</w:t>
      </w:r>
    </w:p>
    <w:p>
      <w:pPr>
        <w:jc w:val="left"/>
      </w:pPr>
      <w:r>
        <w:t>임차인은 임대인의 동의 없이 위 주택의 구조를 바꾸거나 다른 사람에게 다시 빌려주지 않으며, 주거 목적으로만 사용한다.</w:t>
      </w:r>
    </w:p>
    <w:p>
      <w:pPr>
        <w:spacing w:before="160"/>
      </w:pPr>
      <w:r>
        <w:rPr>
          <w:b/>
        </w:rPr>
        <w:t>제3조 (수리 책임)</w:t>
      </w:r>
    </w:p>
    <w:p>
      <w:pPr>
        <w:jc w:val="left"/>
      </w:pPr>
      <w:r>
        <w:t>주택의 기본 설비와 구조의 하자는 임대인이 수리하고, 임차인의 잘못이나 일상적인 소모로 생긴 작은 수리는 임차인이 부담한다.</w:t>
      </w:r>
    </w:p>
    <w:p>
      <w:pPr>
        <w:spacing w:before="160"/>
      </w:pPr>
      <w:r>
        <w:rPr>
          <w:b/>
        </w:rPr>
        <w:t>제4조 (월세 연체와 계약 해지)</w:t>
      </w:r>
    </w:p>
    <w:p>
      <w:pPr>
        <w:jc w:val="left"/>
      </w:pPr>
      <w:r>
        <w:t>임차인이 월세 지급을 여러 차례 연체하여 그 금액이 관련 법령에서 정한 기준에 이르면 임대인은 계약을 해지할 수 있다.</w:t>
      </w:r>
    </w:p>
    <w:p>
      <w:pPr>
        <w:spacing w:before="160"/>
      </w:pPr>
      <w:r>
        <w:rPr>
          <w:b/>
        </w:rPr>
        <w:t>제5조 (계약 종료와 보증금 반환)</w:t>
      </w:r>
    </w:p>
    <w:p>
      <w:pPr>
        <w:jc w:val="left"/>
      </w:pPr>
      <w:r>
        <w:t>계약이 끝나면 임차인은 주택을 원래 상태로 돌려주고, 임대인은 주택을 돌려받는 것과 동시에 보증금을 반환한다. 연체된 월세와 관리비 등은 보증금에서 공제할 수 있다.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임차인이 잔금을 내기 전까지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주택 월세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