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교외 체험학습 신청서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학생 이름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학년·반·번호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 xml:space="preserve">   학년    반    번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보호자 이름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체험 기간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20  년   월   일 ~ 20  년   월   일 (   일간)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체험 장소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체험 형태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□ 가족 여행  □ 친인척 방문  □ 견학·탐방  □ 진로 체험  □ 기타(       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인솔자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성명:              관계:              연락처:</w:t>
            </w:r>
          </w:p>
        </w:tc>
      </w:tr>
    </w:tbl>
    <w:p/>
    <w:p>
      <w:pPr>
        <w:spacing w:before="160"/>
      </w:pPr>
      <w:r>
        <w:rPr>
          <w:b/>
        </w:rPr>
        <w:t>체험학습 목적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160"/>
      </w:pPr>
      <w:r>
        <w:rPr>
          <w:b/>
        </w:rPr>
        <w:t>날짜별 체험학습 계획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날짜</w:t>
            </w:r>
          </w:p>
        </w:tc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장소</w:t>
            </w:r>
          </w:p>
        </w:tc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체험·학습 내용</w:t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jc w:val="left"/>
      </w:pPr>
      <w:r>
        <w:t>위와 같이 교외 체험학습을 신청하며, 체험학습 후 정해진 기간 안에 결과 보고서를 제출하겠습니다.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신청인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학생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보호자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p>
      <w:pPr>
        <w:jc w:val="right"/>
      </w:pPr>
      <w:r>
        <w:t>OO학교장 귀하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담임 확인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승인 여부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□ 승인   □ 불승인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교외 체험학습 신청서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