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사 실 확 인 서</w:t>
      </w:r>
    </w:p>
    <w:p>
      <w:pPr>
        <w:spacing w:before="160"/>
      </w:pPr>
      <w:r>
        <w:rPr>
          <w:b/>
        </w:rPr>
        <w:t>1. 확인인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당사자와 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확인 대상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대상자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확인 사항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확인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 내용은 본인이 직접 보고 들은 사실과 틀림없음을 확인하며, 사실과 다를 경우 그에 대한 책임을 지겠습니다.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첨부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확인인 신분증 사본 1부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제출처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확인인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사실 확인서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