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재 직 증 명 서</w:t>
      </w:r>
    </w:p>
    <w:p>
      <w:pPr>
        <w:spacing w:before="160"/>
      </w:pPr>
      <w:r>
        <w:rPr>
          <w:b/>
        </w:rPr>
        <w:t>인적사항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재직사항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부서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입사일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재직 기간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 ~ 현재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담당 업무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용도(제출처)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center"/>
      </w:pPr>
      <w:r>
        <w:t>위 사람은 현재 당사에 재직하고 있음을 증명합니다.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발급 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전화번호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대표이사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