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부동산 인도명령 신청서 (견본)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사건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타경         호 부동산 (강제·임의)경매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신청인(매수인)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성명:              주소:                      연락처: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피신청인(점유자)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성명:              주소:</w:t>
            </w:r>
          </w:p>
        </w:tc>
      </w:tr>
    </w:tbl>
    <w:p/>
    <w:p>
      <w:pPr>
        <w:spacing w:before="160"/>
      </w:pPr>
      <w:r>
        <w:rPr>
          <w:b/>
        </w:rPr>
        <w:t>신청 취지</w:t>
      </w:r>
    </w:p>
    <w:p>
      <w:pPr>
        <w:jc w:val="left"/>
      </w:pPr>
      <w:r>
        <w:t>피신청인은 신청인에게 별지 목록 기재 부동산을 인도하라.</w:t>
        <w:br/>
        <w:t>라는 재판을 구합니다.</w:t>
      </w:r>
    </w:p>
    <w:p>
      <w:pPr>
        <w:spacing w:before="160"/>
      </w:pPr>
      <w:r>
        <w:rPr>
          <w:b/>
        </w:rPr>
        <w:t>신청 이유</w:t>
      </w:r>
    </w:p>
    <w:p>
      <w:pPr>
        <w:ind w:left="227"/>
      </w:pPr>
      <w:r>
        <w:t>1. 신청인은 위 사건에서 20   .   .   . 매각허가결정을 받고, 20   .   .   . 매각대금을 모두 납부하였습니다.</w:t>
      </w:r>
    </w:p>
    <w:p>
      <w:pPr>
        <w:ind w:left="227"/>
      </w:pPr>
      <w:r>
        <w:t>2. 피신청인은 위 부동산을 점유하고 있는 (채무자 / 소유자 / 점유자)로서, 신청인에게 대항할 수 있는 권원이 없습니다.</w:t>
      </w:r>
    </w:p>
    <w:p>
      <w:pPr>
        <w:ind w:left="227"/>
      </w:pPr>
      <w:r>
        <w:t>3. 신청인이 부동산의 인도를 요구하였으나 피신청인이 이에 응하지 않아 이 신청에 이르렀습니다.</w:t>
      </w:r>
    </w:p>
    <w:p>
      <w:pPr>
        <w:spacing w:before="160"/>
      </w:pPr>
      <w:r>
        <w:rPr>
          <w:b/>
        </w:rPr>
        <w:t>첨부 서류</w:t>
      </w:r>
    </w:p>
    <w:p>
      <w:pPr>
        <w:ind w:left="227"/>
      </w:pPr>
      <w:r>
        <w:t>1. 부동산 목록 1통</w:t>
      </w:r>
    </w:p>
    <w:p>
      <w:pPr>
        <w:ind w:left="227"/>
      </w:pPr>
      <w:r>
        <w:t>2. 대금 완납 사실을 소명하는 자료 1통</w:t>
      </w:r>
    </w:p>
    <w:p>
      <w:pPr>
        <w:ind w:left="227"/>
      </w:pPr>
      <w:r>
        <w:t>3. 송달료 납부서 1통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신청인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○○지방법원 귀중</w:t>
      </w:r>
    </w:p>
    <w:p>
      <w:pPr>
        <w:jc w:val="left"/>
      </w:pPr>
      <w:r>
        <w:t>※ 이 문서는 작성 견본이에요. 실제 제출은 법원 비치 양식 또는 대법원 전자소송 서식을 이용하세요.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부동산 인도명령 신청서(작성 견본)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