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부동산 인도 강제집행 신청서 (견본)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채권자(매수인)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성명:              주소:                      연락처: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채무자(점유자)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성명:              주소: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집행할 부동산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집행권원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○○지방법원 20    타기         호 부동산 인도명령 결정</w:t>
            </w:r>
          </w:p>
        </w:tc>
      </w:tr>
    </w:tbl>
    <w:p/>
    <w:p>
      <w:pPr>
        <w:spacing w:before="160"/>
      </w:pPr>
      <w:r>
        <w:rPr>
          <w:b/>
        </w:rPr>
        <w:t>신청 내용</w:t>
      </w:r>
    </w:p>
    <w:p>
      <w:pPr>
        <w:jc w:val="left"/>
      </w:pPr>
      <w:r>
        <w:t>위 집행권원에 따라 채무자가 점유하고 있는 위 부동산에 대하여 인도 집행을 하여 주시기 바랍니다.</w:t>
      </w:r>
    </w:p>
    <w:p>
      <w:pPr>
        <w:spacing w:before="160"/>
      </w:pPr>
      <w:r>
        <w:rPr>
          <w:b/>
        </w:rPr>
        <w:t>첨부 서류</w:t>
      </w:r>
    </w:p>
    <w:p>
      <w:pPr>
        <w:ind w:left="227"/>
      </w:pPr>
      <w:r>
        <w:t>1. 집행권원(인도명령 결정 정본 등) 1통</w:t>
      </w:r>
    </w:p>
    <w:p>
      <w:pPr>
        <w:ind w:left="227"/>
      </w:pPr>
      <w:r>
        <w:t>2. 송달증명원 1통</w:t>
      </w:r>
    </w:p>
    <w:p>
      <w:pPr>
        <w:ind w:left="227"/>
      </w:pPr>
      <w:r>
        <w:t>3. 부동산 목록 1통</w:t>
      </w:r>
    </w:p>
    <w:p>
      <w:pPr>
        <w:ind w:left="227"/>
      </w:pPr>
      <w:r>
        <w:t>4. 위임장·인감증명서(대리인이 신청하는 경우)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예납금 반환 계좌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은행:            계좌번호:                    예금주:</w:t>
            </w:r>
          </w:p>
        </w:tc>
      </w:tr>
    </w:tbl>
    <w:p/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신청인(채권자)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p>
      <w:pPr>
        <w:jc w:val="right"/>
      </w:pPr>
      <w:r>
        <w:t>○○지방법원 집행관 사무소 귀중</w:t>
      </w:r>
    </w:p>
    <w:p>
      <w:pPr>
        <w:jc w:val="left"/>
      </w:pPr>
      <w:r>
        <w:t>※ 이 문서는 작성 견본이에요. 실제 신청은 집행관 사무소 비치 양식을 이용하세요.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부동산 인도 강제집행 신청서(작성 견본)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