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사 과 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받는 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일이 있었던 날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장소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있었던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2. 저의 잘못</w:t>
      </w:r>
    </w:p>
    <w:p>
      <w:pPr>
        <w:jc w:val="left"/>
      </w:pPr>
      <w:r>
        <w:t>위 일은 저의 (                              ) 때문에 일어난 일이며, 이로 인해 불편과 피해를 드린 점을 진심으로 사과드립니다.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3. 바로잡기 위한 조치</w:t>
      </w:r>
    </w:p>
    <w:p>
      <w:pPr>
        <w:ind w:left="227"/>
      </w:pPr>
      <w:r>
        <w:t xml:space="preserve">1. 조치 내용: </w:t>
      </w:r>
    </w:p>
    <w:p>
      <w:pPr>
        <w:ind w:left="227"/>
      </w:pPr>
      <w:r>
        <w:t xml:space="preserve">2. 조치 날짜: </w:t>
      </w:r>
    </w:p>
    <w:p>
      <w:pPr>
        <w:ind w:left="227"/>
      </w:pPr>
      <w:r>
        <w:t xml:space="preserve">3. 연락 방법: </w:t>
      </w:r>
    </w:p>
    <w:p>
      <w:pPr>
        <w:spacing w:before="160"/>
      </w:pPr>
      <w:r>
        <w:rPr>
          <w:b/>
        </w:rPr>
        <w:t>4. 다시 일어나지 않도록 하는 약속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다시 한번 깊이 사과드립니다.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작성자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소속·상호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사과문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