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용 돈 계 약 서</w:t>
      </w:r>
    </w:p>
    <w:p>
      <w:pPr>
        <w:jc w:val="left"/>
      </w:pPr>
      <w:r>
        <w:t>부모 ____________와(과) 자녀 ____________는 아래와 같이 용돈 약속을 정하고 성실히 지키기로 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용돈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매주  □ 매달          원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주는 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매주(매달)        요일(일)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적용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~ 20  년   월   일</w:t>
            </w:r>
          </w:p>
        </w:tc>
      </w:tr>
    </w:tbl>
    <w:p/>
    <w:p>
      <w:pPr>
        <w:spacing w:before="160"/>
      </w:pPr>
      <w:r>
        <w:rPr>
          <w:b/>
        </w:rPr>
        <w:t>1. 용돈으로 사는 것</w:t>
      </w:r>
    </w:p>
    <w:p>
      <w:pPr>
        <w:jc w:val="left"/>
      </w:pPr>
      <w:r>
        <w:t>□ 간식  □ 문구  □ 교통비  □ 친구 선물  □ 취미 용품  □ 기타(            )</w:t>
      </w:r>
    </w:p>
    <w:p>
      <w:pPr>
        <w:spacing w:before="160"/>
      </w:pPr>
      <w:r>
        <w:rPr>
          <w:b/>
        </w:rPr>
        <w:t>2. 부모님이 따로 사 주는 것</w:t>
      </w:r>
    </w:p>
    <w:p>
      <w:pPr>
        <w:jc w:val="left"/>
      </w:pPr>
      <w:r>
        <w:t>□ 학용품(학교 준비물)  □ 옷·신발  □ 책  □ 기타(            )</w:t>
      </w:r>
    </w:p>
    <w:p>
      <w:pPr>
        <w:spacing w:before="160"/>
      </w:pPr>
      <w:r>
        <w:rPr>
          <w:b/>
        </w:rPr>
        <w:t>3. 저축 약속</w:t>
      </w:r>
    </w:p>
    <w:p>
      <w:pPr>
        <w:jc w:val="left"/>
      </w:pPr>
      <w:r>
        <w:t>받은 용돈의      %(또는        원)는 먼저 저축한다. 저축한 돈은                  에 쓴다.</w:t>
      </w:r>
    </w:p>
    <w:p>
      <w:pPr>
        <w:spacing w:before="160"/>
      </w:pPr>
      <w:r>
        <w:rPr>
          <w:b/>
        </w:rPr>
        <w:t>4. 보너스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5. 약속을 지키지 않았을 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6. 그 밖의 약속</w:t>
      </w:r>
    </w:p>
    <w:p>
      <w:pPr>
        <w:ind w:left="227"/>
      </w:pPr>
      <w:r>
        <w:t>1. 용돈 기입장을 꾸준히 쓴다.</w:t>
      </w:r>
    </w:p>
    <w:p>
      <w:pPr>
        <w:ind w:left="227"/>
      </w:pPr>
      <w:r>
        <w:t>2. 용돈이 모자라도 미리 당겨 받지 않는다.</w:t>
      </w:r>
    </w:p>
    <w:p>
      <w:pPr>
        <w:ind w:left="227"/>
      </w:pPr>
      <w:r>
        <w:t>3. 큰 금액을 쓸 때는 부모님과 먼저 이야기한다.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부모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이름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자녀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이름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용돈 계약서(부모·자녀)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